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00"/>
        <w:gridCol w:w="5400"/>
      </w:tblGrid>
      <w:tr w:rsidR="00220AFF" w14:paraId="4B719BFE" w14:textId="77777777">
        <w:tc>
          <w:tcPr>
            <w:tcW w:w="5400" w:type="dxa"/>
          </w:tcPr>
          <w:p w14:paraId="777097F3" w14:textId="77777777" w:rsidR="00220AFF" w:rsidRDefault="00D85F0F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46E9D7E" wp14:editId="029CC930">
                  <wp:extent cx="914400" cy="914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115_194410293_iOS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35823D17" w14:textId="77777777" w:rsidR="00220AFF" w:rsidRDefault="00D85F0F">
            <w:pPr>
              <w:spacing w:after="0" w:line="240" w:lineRule="auto"/>
            </w:pPr>
            <w:r>
              <w:rPr>
                <w:b/>
                <w:sz w:val="28"/>
              </w:rPr>
              <w:t>Precision Heart Rhythm</w:t>
            </w:r>
          </w:p>
          <w:p w14:paraId="606E5FEA" w14:textId="77777777" w:rsidR="00220AFF" w:rsidRDefault="00D85F0F">
            <w:pPr>
              <w:spacing w:after="0" w:line="240" w:lineRule="auto"/>
            </w:pPr>
            <w:r>
              <w:t>Jaydutt Patel, MD – Cardiac Electrophysiologist</w:t>
            </w:r>
          </w:p>
          <w:p w14:paraId="05627591" w14:textId="77777777" w:rsidR="00220AFF" w:rsidRDefault="00D85F0F">
            <w:pPr>
              <w:spacing w:after="0" w:line="240" w:lineRule="auto"/>
            </w:pPr>
            <w:r>
              <w:rPr>
                <w:sz w:val="16"/>
              </w:rPr>
              <w:t>7640 W Sylvania Ave, Suite G • Sylvania, OH 43560</w:t>
            </w:r>
          </w:p>
          <w:p w14:paraId="2D45022F" w14:textId="77777777" w:rsidR="00220AFF" w:rsidRDefault="00D85F0F">
            <w:pPr>
              <w:spacing w:after="0" w:line="240" w:lineRule="auto"/>
            </w:pPr>
            <w:r>
              <w:rPr>
                <w:sz w:val="16"/>
              </w:rPr>
              <w:t>Phone: 419-754-3278 • Fax: 844-812-0035</w:t>
            </w:r>
          </w:p>
        </w:tc>
      </w:tr>
    </w:tbl>
    <w:p w14:paraId="607A2DB9" w14:textId="77777777" w:rsidR="00220AFF" w:rsidRDefault="00220AFF"/>
    <w:p w14:paraId="4A38F2DD" w14:textId="77777777" w:rsidR="00220AFF" w:rsidRDefault="00D85F0F">
      <w:pPr>
        <w:spacing w:after="40" w:line="240" w:lineRule="auto"/>
        <w:jc w:val="center"/>
      </w:pPr>
      <w:r>
        <w:rPr>
          <w:b/>
          <w:sz w:val="24"/>
        </w:rPr>
        <w:t>CARDIOLOGY / ELECTROPHYSIOLOGY ROS</w:t>
      </w:r>
    </w:p>
    <w:p w14:paraId="05C9EE44" w14:textId="4086A3E9" w:rsidR="00220AFF" w:rsidRPr="000F60E1" w:rsidRDefault="00D85F0F">
      <w:pPr>
        <w:spacing w:after="40" w:line="240" w:lineRule="auto"/>
        <w:rPr>
          <w:sz w:val="24"/>
          <w:szCs w:val="24"/>
        </w:rPr>
      </w:pPr>
      <w:r w:rsidRPr="000F60E1">
        <w:rPr>
          <w:sz w:val="24"/>
          <w:szCs w:val="24"/>
        </w:rPr>
        <w:t xml:space="preserve">Patient Name: _______________________   </w:t>
      </w:r>
      <w:r w:rsidRPr="000F60E1">
        <w:rPr>
          <w:sz w:val="24"/>
          <w:szCs w:val="24"/>
        </w:rPr>
        <w:t xml:space="preserve">DOB: ____/____/______   </w:t>
      </w:r>
      <w:r w:rsidR="000F60E1" w:rsidRPr="000F60E1">
        <w:rPr>
          <w:sz w:val="24"/>
          <w:szCs w:val="24"/>
        </w:rPr>
        <w:tab/>
      </w:r>
      <w:r w:rsidR="000F60E1" w:rsidRPr="000F60E1">
        <w:rPr>
          <w:sz w:val="24"/>
          <w:szCs w:val="24"/>
        </w:rPr>
        <w:tab/>
      </w:r>
      <w:r w:rsidRPr="000F60E1">
        <w:rPr>
          <w:sz w:val="24"/>
          <w:szCs w:val="24"/>
        </w:rPr>
        <w:t>Date: ____/____/______</w:t>
      </w:r>
    </w:p>
    <w:p w14:paraId="2EC66259" w14:textId="77777777" w:rsidR="00220AFF" w:rsidRPr="000F60E1" w:rsidRDefault="00D85F0F">
      <w:pPr>
        <w:spacing w:after="60" w:line="240" w:lineRule="auto"/>
        <w:rPr>
          <w:sz w:val="24"/>
          <w:szCs w:val="24"/>
        </w:rPr>
      </w:pPr>
      <w:r w:rsidRPr="000F60E1">
        <w:rPr>
          <w:sz w:val="24"/>
          <w:szCs w:val="24"/>
        </w:rPr>
        <w:t xml:space="preserve">Reason for Visit: ☐ </w:t>
      </w:r>
      <w:proofErr w:type="gramStart"/>
      <w:r w:rsidRPr="000F60E1">
        <w:rPr>
          <w:sz w:val="24"/>
          <w:szCs w:val="24"/>
        </w:rPr>
        <w:t>AFib  ☐</w:t>
      </w:r>
      <w:proofErr w:type="gramEnd"/>
      <w:r w:rsidRPr="000F60E1">
        <w:rPr>
          <w:sz w:val="24"/>
          <w:szCs w:val="24"/>
        </w:rPr>
        <w:t xml:space="preserve"> </w:t>
      </w:r>
      <w:proofErr w:type="gramStart"/>
      <w:r w:rsidRPr="000F60E1">
        <w:rPr>
          <w:sz w:val="24"/>
          <w:szCs w:val="24"/>
        </w:rPr>
        <w:t>Flutter  ☐</w:t>
      </w:r>
      <w:proofErr w:type="gramEnd"/>
      <w:r w:rsidRPr="000F60E1">
        <w:rPr>
          <w:sz w:val="24"/>
          <w:szCs w:val="24"/>
        </w:rPr>
        <w:t xml:space="preserve"> </w:t>
      </w:r>
      <w:proofErr w:type="gramStart"/>
      <w:r w:rsidRPr="000F60E1">
        <w:rPr>
          <w:sz w:val="24"/>
          <w:szCs w:val="24"/>
        </w:rPr>
        <w:t>SVT  ☐</w:t>
      </w:r>
      <w:proofErr w:type="gramEnd"/>
      <w:r w:rsidRPr="000F60E1">
        <w:rPr>
          <w:sz w:val="24"/>
          <w:szCs w:val="24"/>
        </w:rPr>
        <w:t xml:space="preserve"> </w:t>
      </w:r>
      <w:proofErr w:type="gramStart"/>
      <w:r w:rsidRPr="000F60E1">
        <w:rPr>
          <w:sz w:val="24"/>
          <w:szCs w:val="24"/>
        </w:rPr>
        <w:t>VT  ☐</w:t>
      </w:r>
      <w:proofErr w:type="gramEnd"/>
      <w:r w:rsidRPr="000F60E1">
        <w:rPr>
          <w:sz w:val="24"/>
          <w:szCs w:val="24"/>
        </w:rPr>
        <w:t xml:space="preserve"> </w:t>
      </w:r>
      <w:proofErr w:type="gramStart"/>
      <w:r w:rsidRPr="000F60E1">
        <w:rPr>
          <w:sz w:val="24"/>
          <w:szCs w:val="24"/>
        </w:rPr>
        <w:t>Bradycardia  ☐</w:t>
      </w:r>
      <w:proofErr w:type="gramEnd"/>
      <w:r w:rsidRPr="000F60E1">
        <w:rPr>
          <w:sz w:val="24"/>
          <w:szCs w:val="24"/>
        </w:rPr>
        <w:t xml:space="preserve"> </w:t>
      </w:r>
      <w:proofErr w:type="gramStart"/>
      <w:r w:rsidRPr="000F60E1">
        <w:rPr>
          <w:sz w:val="24"/>
          <w:szCs w:val="24"/>
        </w:rPr>
        <w:t>Device  ☐</w:t>
      </w:r>
      <w:proofErr w:type="gramEnd"/>
      <w:r w:rsidRPr="000F60E1">
        <w:rPr>
          <w:sz w:val="24"/>
          <w:szCs w:val="24"/>
        </w:rPr>
        <w:t xml:space="preserve"> </w:t>
      </w:r>
      <w:proofErr w:type="gramStart"/>
      <w:r w:rsidRPr="000F60E1">
        <w:rPr>
          <w:sz w:val="24"/>
          <w:szCs w:val="24"/>
        </w:rPr>
        <w:t>Syncope  ☐</w:t>
      </w:r>
      <w:proofErr w:type="gramEnd"/>
      <w:r w:rsidRPr="000F60E1">
        <w:rPr>
          <w:sz w:val="24"/>
          <w:szCs w:val="24"/>
        </w:rPr>
        <w:t xml:space="preserve"> Other: ____________</w:t>
      </w:r>
    </w:p>
    <w:p w14:paraId="0BB7BA4A" w14:textId="77777777" w:rsidR="00220AFF" w:rsidRPr="000F60E1" w:rsidRDefault="00D85F0F">
      <w:pPr>
        <w:spacing w:after="80" w:line="240" w:lineRule="auto"/>
        <w:rPr>
          <w:sz w:val="24"/>
          <w:szCs w:val="24"/>
        </w:rPr>
      </w:pPr>
      <w:r w:rsidRPr="000F60E1">
        <w:rPr>
          <w:sz w:val="24"/>
          <w:szCs w:val="24"/>
        </w:rPr>
        <w:t>Instructions: Check YES if currently or within the past 30 days.</w:t>
      </w:r>
    </w:p>
    <w:p w14:paraId="22726713" w14:textId="77777777" w:rsidR="00220AFF" w:rsidRPr="000F60E1" w:rsidRDefault="00D85F0F">
      <w:pPr>
        <w:spacing w:after="40" w:line="240" w:lineRule="auto"/>
        <w:rPr>
          <w:sz w:val="24"/>
          <w:szCs w:val="24"/>
        </w:rPr>
      </w:pPr>
      <w:r w:rsidRPr="000F60E1">
        <w:rPr>
          <w:b/>
          <w:sz w:val="24"/>
          <w:szCs w:val="24"/>
        </w:rPr>
        <w:t>CONSTITUTIONAL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352"/>
        <w:gridCol w:w="5400"/>
      </w:tblGrid>
      <w:tr w:rsidR="00220AFF" w:rsidRPr="000F60E1" w14:paraId="2205B665" w14:textId="77777777">
        <w:tc>
          <w:tcPr>
            <w:tcW w:w="5400" w:type="dxa"/>
          </w:tcPr>
          <w:p w14:paraId="19E9149A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>Symptom</w:t>
            </w:r>
          </w:p>
        </w:tc>
        <w:tc>
          <w:tcPr>
            <w:tcW w:w="5400" w:type="dxa"/>
          </w:tcPr>
          <w:p w14:paraId="1DC8237A" w14:textId="42CFD2DD" w:rsidR="00220AFF" w:rsidRPr="000F60E1" w:rsidRDefault="00727473" w:rsidP="007274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</w:t>
            </w:r>
            <w:r w:rsidR="00D85F0F" w:rsidRPr="000F60E1">
              <w:rPr>
                <w:b/>
                <w:sz w:val="24"/>
                <w:szCs w:val="24"/>
              </w:rPr>
              <w:t xml:space="preserve">es </w:t>
            </w:r>
            <w:r w:rsidR="00D85F0F" w:rsidRPr="000F60E1">
              <w:rPr>
                <w:b/>
                <w:sz w:val="24"/>
                <w:szCs w:val="24"/>
              </w:rPr>
              <w:t xml:space="preserve">   No </w:t>
            </w:r>
          </w:p>
        </w:tc>
      </w:tr>
      <w:tr w:rsidR="00220AFF" w:rsidRPr="000F60E1" w14:paraId="006C2352" w14:textId="77777777">
        <w:tc>
          <w:tcPr>
            <w:tcW w:w="8352" w:type="dxa"/>
          </w:tcPr>
          <w:p w14:paraId="50330793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Fever</w:t>
            </w:r>
          </w:p>
        </w:tc>
        <w:tc>
          <w:tcPr>
            <w:tcW w:w="1656" w:type="dxa"/>
          </w:tcPr>
          <w:p w14:paraId="50B665CC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2787510C" w14:textId="77777777">
        <w:tc>
          <w:tcPr>
            <w:tcW w:w="8352" w:type="dxa"/>
          </w:tcPr>
          <w:p w14:paraId="4F93BCF5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Chills</w:t>
            </w:r>
          </w:p>
        </w:tc>
        <w:tc>
          <w:tcPr>
            <w:tcW w:w="1656" w:type="dxa"/>
          </w:tcPr>
          <w:p w14:paraId="71C4D75F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6F32DBE8" w14:textId="77777777">
        <w:tc>
          <w:tcPr>
            <w:tcW w:w="8352" w:type="dxa"/>
          </w:tcPr>
          <w:p w14:paraId="0D3D04D1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Fatigue / low energy</w:t>
            </w:r>
          </w:p>
        </w:tc>
        <w:tc>
          <w:tcPr>
            <w:tcW w:w="1656" w:type="dxa"/>
          </w:tcPr>
          <w:p w14:paraId="78EE7607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1A414AF2" w14:textId="77777777">
        <w:tc>
          <w:tcPr>
            <w:tcW w:w="8352" w:type="dxa"/>
          </w:tcPr>
          <w:p w14:paraId="0D2B4CBE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Unintentional weight loss</w:t>
            </w:r>
          </w:p>
        </w:tc>
        <w:tc>
          <w:tcPr>
            <w:tcW w:w="1656" w:type="dxa"/>
          </w:tcPr>
          <w:p w14:paraId="512BD96F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2CBCA098" w14:textId="77777777">
        <w:tc>
          <w:tcPr>
            <w:tcW w:w="8352" w:type="dxa"/>
          </w:tcPr>
          <w:p w14:paraId="55E4F4AA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Unintentional weight gain</w:t>
            </w:r>
          </w:p>
        </w:tc>
        <w:tc>
          <w:tcPr>
            <w:tcW w:w="1656" w:type="dxa"/>
          </w:tcPr>
          <w:p w14:paraId="4B8AF3ED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093DC888" w14:textId="77777777">
        <w:tc>
          <w:tcPr>
            <w:tcW w:w="8352" w:type="dxa"/>
          </w:tcPr>
          <w:p w14:paraId="5B69A45C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Night sweats</w:t>
            </w:r>
          </w:p>
        </w:tc>
        <w:tc>
          <w:tcPr>
            <w:tcW w:w="1656" w:type="dxa"/>
          </w:tcPr>
          <w:p w14:paraId="7ED33FA6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</w:tbl>
    <w:p w14:paraId="2242BB63" w14:textId="77777777" w:rsidR="00220AFF" w:rsidRPr="000F60E1" w:rsidRDefault="00220AFF">
      <w:pPr>
        <w:rPr>
          <w:sz w:val="24"/>
          <w:szCs w:val="24"/>
        </w:rPr>
      </w:pPr>
    </w:p>
    <w:p w14:paraId="751B7E5B" w14:textId="77777777" w:rsidR="00220AFF" w:rsidRPr="000F60E1" w:rsidRDefault="00D85F0F">
      <w:pPr>
        <w:spacing w:after="40" w:line="240" w:lineRule="auto"/>
        <w:rPr>
          <w:sz w:val="24"/>
          <w:szCs w:val="24"/>
        </w:rPr>
      </w:pPr>
      <w:r w:rsidRPr="000F60E1">
        <w:rPr>
          <w:b/>
          <w:sz w:val="24"/>
          <w:szCs w:val="24"/>
        </w:rPr>
        <w:t>CARDIOVASCULAR (EP-FOCUSED)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352"/>
        <w:gridCol w:w="5400"/>
      </w:tblGrid>
      <w:tr w:rsidR="00220AFF" w:rsidRPr="000F60E1" w14:paraId="2B817DB3" w14:textId="77777777">
        <w:tc>
          <w:tcPr>
            <w:tcW w:w="5400" w:type="dxa"/>
          </w:tcPr>
          <w:p w14:paraId="3ACB6E82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>Symptom</w:t>
            </w:r>
          </w:p>
        </w:tc>
        <w:tc>
          <w:tcPr>
            <w:tcW w:w="5400" w:type="dxa"/>
          </w:tcPr>
          <w:p w14:paraId="295B3809" w14:textId="2CE3048F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>Yes</w:t>
            </w:r>
            <w:r w:rsidRPr="000F60E1">
              <w:rPr>
                <w:b/>
                <w:sz w:val="24"/>
                <w:szCs w:val="24"/>
              </w:rPr>
              <w:t xml:space="preserve">   No </w:t>
            </w:r>
          </w:p>
        </w:tc>
      </w:tr>
      <w:tr w:rsidR="00220AFF" w:rsidRPr="000F60E1" w14:paraId="0E1ABEDB" w14:textId="77777777">
        <w:tc>
          <w:tcPr>
            <w:tcW w:w="8352" w:type="dxa"/>
          </w:tcPr>
          <w:p w14:paraId="21BFF9FF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Palpitations / heart racing</w:t>
            </w:r>
          </w:p>
        </w:tc>
        <w:tc>
          <w:tcPr>
            <w:tcW w:w="1656" w:type="dxa"/>
          </w:tcPr>
          <w:p w14:paraId="5CE6676E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328A0255" w14:textId="77777777">
        <w:tc>
          <w:tcPr>
            <w:tcW w:w="8352" w:type="dxa"/>
          </w:tcPr>
          <w:p w14:paraId="33188D82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Irregular heartbeat</w:t>
            </w:r>
          </w:p>
        </w:tc>
        <w:tc>
          <w:tcPr>
            <w:tcW w:w="1656" w:type="dxa"/>
          </w:tcPr>
          <w:p w14:paraId="4FF985AC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4F7BE840" w14:textId="77777777">
        <w:tc>
          <w:tcPr>
            <w:tcW w:w="8352" w:type="dxa"/>
          </w:tcPr>
          <w:p w14:paraId="73885177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Chest pain / pressure</w:t>
            </w:r>
          </w:p>
        </w:tc>
        <w:tc>
          <w:tcPr>
            <w:tcW w:w="1656" w:type="dxa"/>
          </w:tcPr>
          <w:p w14:paraId="4FAA3339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56E46C69" w14:textId="77777777">
        <w:tc>
          <w:tcPr>
            <w:tcW w:w="8352" w:type="dxa"/>
          </w:tcPr>
          <w:p w14:paraId="5F89B138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Shortness of breath with exertion</w:t>
            </w:r>
          </w:p>
        </w:tc>
        <w:tc>
          <w:tcPr>
            <w:tcW w:w="1656" w:type="dxa"/>
          </w:tcPr>
          <w:p w14:paraId="4060A69B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6679C21F" w14:textId="77777777">
        <w:tc>
          <w:tcPr>
            <w:tcW w:w="8352" w:type="dxa"/>
          </w:tcPr>
          <w:p w14:paraId="141FEBC3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Shortness of breath at rest</w:t>
            </w:r>
          </w:p>
        </w:tc>
        <w:tc>
          <w:tcPr>
            <w:tcW w:w="1656" w:type="dxa"/>
          </w:tcPr>
          <w:p w14:paraId="27A455BC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5BB8531E" w14:textId="77777777">
        <w:tc>
          <w:tcPr>
            <w:tcW w:w="8352" w:type="dxa"/>
          </w:tcPr>
          <w:p w14:paraId="6818FB46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Orthopnea (short of breath lying flat)</w:t>
            </w:r>
          </w:p>
        </w:tc>
        <w:tc>
          <w:tcPr>
            <w:tcW w:w="1656" w:type="dxa"/>
          </w:tcPr>
          <w:p w14:paraId="216C885E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30AB3E5D" w14:textId="77777777">
        <w:tc>
          <w:tcPr>
            <w:tcW w:w="8352" w:type="dxa"/>
          </w:tcPr>
          <w:p w14:paraId="49597EFD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PND (waking up short of breath)</w:t>
            </w:r>
          </w:p>
        </w:tc>
        <w:tc>
          <w:tcPr>
            <w:tcW w:w="1656" w:type="dxa"/>
          </w:tcPr>
          <w:p w14:paraId="096988A1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7A7D65E9" w14:textId="77777777">
        <w:tc>
          <w:tcPr>
            <w:tcW w:w="8352" w:type="dxa"/>
          </w:tcPr>
          <w:p w14:paraId="34844044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Leg swelling / edema</w:t>
            </w:r>
          </w:p>
        </w:tc>
        <w:tc>
          <w:tcPr>
            <w:tcW w:w="1656" w:type="dxa"/>
          </w:tcPr>
          <w:p w14:paraId="50A2394F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6B32782D" w14:textId="77777777">
        <w:tc>
          <w:tcPr>
            <w:tcW w:w="8352" w:type="dxa"/>
          </w:tcPr>
          <w:p w14:paraId="37BB9029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Dizziness / lightheadedness</w:t>
            </w:r>
          </w:p>
        </w:tc>
        <w:tc>
          <w:tcPr>
            <w:tcW w:w="1656" w:type="dxa"/>
          </w:tcPr>
          <w:p w14:paraId="319639C1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2B4F8ABC" w14:textId="77777777">
        <w:tc>
          <w:tcPr>
            <w:tcW w:w="8352" w:type="dxa"/>
          </w:tcPr>
          <w:p w14:paraId="0A39591A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Near-syncope (almost fainting)</w:t>
            </w:r>
          </w:p>
        </w:tc>
        <w:tc>
          <w:tcPr>
            <w:tcW w:w="1656" w:type="dxa"/>
          </w:tcPr>
          <w:p w14:paraId="551BEC92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350C5BBB" w14:textId="77777777">
        <w:tc>
          <w:tcPr>
            <w:tcW w:w="8352" w:type="dxa"/>
          </w:tcPr>
          <w:p w14:paraId="258A2524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Syncope / fainting</w:t>
            </w:r>
          </w:p>
        </w:tc>
        <w:tc>
          <w:tcPr>
            <w:tcW w:w="1656" w:type="dxa"/>
          </w:tcPr>
          <w:p w14:paraId="3FBF9D8F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6E8C5D26" w14:textId="77777777">
        <w:tc>
          <w:tcPr>
            <w:tcW w:w="8352" w:type="dxa"/>
          </w:tcPr>
          <w:p w14:paraId="3627D42D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Exercise intolerance</w:t>
            </w:r>
          </w:p>
        </w:tc>
        <w:tc>
          <w:tcPr>
            <w:tcW w:w="1656" w:type="dxa"/>
          </w:tcPr>
          <w:p w14:paraId="31038183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7E758264" w14:textId="77777777">
        <w:tc>
          <w:tcPr>
            <w:tcW w:w="8352" w:type="dxa"/>
          </w:tcPr>
          <w:p w14:paraId="19DE5D7D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Claudication (leg pain with walking)</w:t>
            </w:r>
          </w:p>
        </w:tc>
        <w:tc>
          <w:tcPr>
            <w:tcW w:w="1656" w:type="dxa"/>
          </w:tcPr>
          <w:p w14:paraId="02B5406F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</w:tbl>
    <w:p w14:paraId="7D182CA4" w14:textId="77777777" w:rsidR="00220AFF" w:rsidRPr="000F60E1" w:rsidRDefault="00220AFF">
      <w:pPr>
        <w:rPr>
          <w:sz w:val="24"/>
          <w:szCs w:val="24"/>
        </w:rPr>
      </w:pPr>
    </w:p>
    <w:p w14:paraId="23757927" w14:textId="77777777" w:rsidR="00220AFF" w:rsidRPr="000F60E1" w:rsidRDefault="00D85F0F">
      <w:pPr>
        <w:spacing w:after="40" w:line="240" w:lineRule="auto"/>
        <w:rPr>
          <w:sz w:val="24"/>
          <w:szCs w:val="24"/>
        </w:rPr>
      </w:pPr>
      <w:r w:rsidRPr="000F60E1">
        <w:rPr>
          <w:b/>
          <w:sz w:val="24"/>
          <w:szCs w:val="24"/>
        </w:rPr>
        <w:t>RESPIRATORY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352"/>
        <w:gridCol w:w="5400"/>
      </w:tblGrid>
      <w:tr w:rsidR="00220AFF" w:rsidRPr="000F60E1" w14:paraId="4BE51729" w14:textId="77777777">
        <w:tc>
          <w:tcPr>
            <w:tcW w:w="5400" w:type="dxa"/>
          </w:tcPr>
          <w:p w14:paraId="6CB5A475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>Symptom</w:t>
            </w:r>
          </w:p>
        </w:tc>
        <w:tc>
          <w:tcPr>
            <w:tcW w:w="5400" w:type="dxa"/>
          </w:tcPr>
          <w:p w14:paraId="0F730DCC" w14:textId="4753D293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 xml:space="preserve">Yes </w:t>
            </w:r>
            <w:r w:rsidRPr="000F60E1">
              <w:rPr>
                <w:b/>
                <w:sz w:val="24"/>
                <w:szCs w:val="24"/>
              </w:rPr>
              <w:t xml:space="preserve">   No</w:t>
            </w:r>
          </w:p>
        </w:tc>
      </w:tr>
      <w:tr w:rsidR="00220AFF" w:rsidRPr="000F60E1" w14:paraId="4FF42709" w14:textId="77777777">
        <w:tc>
          <w:tcPr>
            <w:tcW w:w="8352" w:type="dxa"/>
          </w:tcPr>
          <w:p w14:paraId="2EB667BF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Snoring</w:t>
            </w:r>
          </w:p>
        </w:tc>
        <w:tc>
          <w:tcPr>
            <w:tcW w:w="1656" w:type="dxa"/>
          </w:tcPr>
          <w:p w14:paraId="26B6DAC9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228DF78F" w14:textId="77777777">
        <w:tc>
          <w:tcPr>
            <w:tcW w:w="8352" w:type="dxa"/>
          </w:tcPr>
          <w:p w14:paraId="648A7230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Witnessed apnea (stopping breathing during sleep)</w:t>
            </w:r>
          </w:p>
        </w:tc>
        <w:tc>
          <w:tcPr>
            <w:tcW w:w="1656" w:type="dxa"/>
          </w:tcPr>
          <w:p w14:paraId="2E4B8730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</w:tbl>
    <w:p w14:paraId="3B5EE87D" w14:textId="77777777" w:rsidR="00220AFF" w:rsidRPr="000F60E1" w:rsidRDefault="00220AFF">
      <w:pPr>
        <w:rPr>
          <w:sz w:val="24"/>
          <w:szCs w:val="24"/>
        </w:rPr>
      </w:pPr>
    </w:p>
    <w:p w14:paraId="690069FB" w14:textId="77777777" w:rsidR="00D85F0F" w:rsidRDefault="00D85F0F">
      <w:pPr>
        <w:spacing w:after="40" w:line="240" w:lineRule="auto"/>
        <w:rPr>
          <w:b/>
          <w:sz w:val="24"/>
          <w:szCs w:val="24"/>
        </w:rPr>
      </w:pPr>
    </w:p>
    <w:p w14:paraId="1379719A" w14:textId="77777777" w:rsidR="00D85F0F" w:rsidRDefault="00D85F0F">
      <w:pPr>
        <w:spacing w:after="40" w:line="240" w:lineRule="auto"/>
        <w:rPr>
          <w:b/>
          <w:sz w:val="24"/>
          <w:szCs w:val="24"/>
        </w:rPr>
      </w:pPr>
    </w:p>
    <w:p w14:paraId="0B35E4D6" w14:textId="77777777" w:rsidR="00D85F0F" w:rsidRDefault="00D85F0F">
      <w:pPr>
        <w:spacing w:after="40" w:line="240" w:lineRule="auto"/>
        <w:rPr>
          <w:b/>
          <w:sz w:val="24"/>
          <w:szCs w:val="24"/>
        </w:rPr>
      </w:pPr>
    </w:p>
    <w:p w14:paraId="4309DE73" w14:textId="3507E701" w:rsidR="00220AFF" w:rsidRPr="000F60E1" w:rsidRDefault="00D85F0F">
      <w:pPr>
        <w:spacing w:after="40" w:line="240" w:lineRule="auto"/>
        <w:rPr>
          <w:sz w:val="24"/>
          <w:szCs w:val="24"/>
        </w:rPr>
      </w:pPr>
      <w:r w:rsidRPr="000F60E1">
        <w:rPr>
          <w:b/>
          <w:sz w:val="24"/>
          <w:szCs w:val="24"/>
        </w:rPr>
        <w:lastRenderedPageBreak/>
        <w:t>NEUROLOGIC (FOCUSED)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352"/>
        <w:gridCol w:w="5400"/>
      </w:tblGrid>
      <w:tr w:rsidR="00220AFF" w:rsidRPr="000F60E1" w14:paraId="6ABD912B" w14:textId="77777777">
        <w:tc>
          <w:tcPr>
            <w:tcW w:w="5400" w:type="dxa"/>
          </w:tcPr>
          <w:p w14:paraId="6CA7AFDA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>Symptom</w:t>
            </w:r>
          </w:p>
        </w:tc>
        <w:tc>
          <w:tcPr>
            <w:tcW w:w="5400" w:type="dxa"/>
          </w:tcPr>
          <w:p w14:paraId="7812225F" w14:textId="78DEFC34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 xml:space="preserve">Yes </w:t>
            </w:r>
            <w:r w:rsidRPr="000F60E1">
              <w:rPr>
                <w:b/>
                <w:sz w:val="24"/>
                <w:szCs w:val="24"/>
              </w:rPr>
              <w:t xml:space="preserve">   No</w:t>
            </w:r>
          </w:p>
        </w:tc>
      </w:tr>
      <w:tr w:rsidR="00220AFF" w:rsidRPr="000F60E1" w14:paraId="50AC600F" w14:textId="77777777">
        <w:tc>
          <w:tcPr>
            <w:tcW w:w="8352" w:type="dxa"/>
          </w:tcPr>
          <w:p w14:paraId="057705CD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Weakness</w:t>
            </w:r>
          </w:p>
        </w:tc>
        <w:tc>
          <w:tcPr>
            <w:tcW w:w="1656" w:type="dxa"/>
          </w:tcPr>
          <w:p w14:paraId="42264185" w14:textId="77777777" w:rsidR="00220AFF" w:rsidRPr="000F60E1" w:rsidRDefault="00D85F0F" w:rsidP="00727473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784527AA" w14:textId="77777777">
        <w:tc>
          <w:tcPr>
            <w:tcW w:w="8352" w:type="dxa"/>
          </w:tcPr>
          <w:p w14:paraId="7FEE09FE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Numbness / tingling</w:t>
            </w:r>
          </w:p>
        </w:tc>
        <w:tc>
          <w:tcPr>
            <w:tcW w:w="1656" w:type="dxa"/>
          </w:tcPr>
          <w:p w14:paraId="6A0260B6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5E6AAEDA" w14:textId="77777777">
        <w:tc>
          <w:tcPr>
            <w:tcW w:w="8352" w:type="dxa"/>
          </w:tcPr>
          <w:p w14:paraId="100FA723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Speech difficulty</w:t>
            </w:r>
          </w:p>
        </w:tc>
        <w:tc>
          <w:tcPr>
            <w:tcW w:w="1656" w:type="dxa"/>
          </w:tcPr>
          <w:p w14:paraId="438B9F4A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</w:tbl>
    <w:p w14:paraId="3DC2BA49" w14:textId="77777777" w:rsidR="00220AFF" w:rsidRPr="000F60E1" w:rsidRDefault="00220AFF">
      <w:pPr>
        <w:rPr>
          <w:sz w:val="24"/>
          <w:szCs w:val="24"/>
        </w:rPr>
      </w:pPr>
    </w:p>
    <w:p w14:paraId="72715B3B" w14:textId="77777777" w:rsidR="00220AFF" w:rsidRPr="000F60E1" w:rsidRDefault="00D85F0F">
      <w:pPr>
        <w:spacing w:after="40" w:line="240" w:lineRule="auto"/>
        <w:rPr>
          <w:sz w:val="24"/>
          <w:szCs w:val="24"/>
        </w:rPr>
      </w:pPr>
      <w:r w:rsidRPr="000F60E1">
        <w:rPr>
          <w:b/>
          <w:sz w:val="24"/>
          <w:szCs w:val="24"/>
        </w:rPr>
        <w:t>GASTROINTESTINAL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352"/>
        <w:gridCol w:w="5400"/>
      </w:tblGrid>
      <w:tr w:rsidR="00220AFF" w:rsidRPr="000F60E1" w14:paraId="60EA163A" w14:textId="77777777">
        <w:tc>
          <w:tcPr>
            <w:tcW w:w="5400" w:type="dxa"/>
          </w:tcPr>
          <w:p w14:paraId="01C5E90A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>Symptom</w:t>
            </w:r>
          </w:p>
        </w:tc>
        <w:tc>
          <w:tcPr>
            <w:tcW w:w="5400" w:type="dxa"/>
          </w:tcPr>
          <w:p w14:paraId="2089C8D3" w14:textId="12DD25AC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 xml:space="preserve">Yes </w:t>
            </w:r>
            <w:r w:rsidRPr="000F60E1">
              <w:rPr>
                <w:b/>
                <w:sz w:val="24"/>
                <w:szCs w:val="24"/>
              </w:rPr>
              <w:t xml:space="preserve">   No </w:t>
            </w:r>
          </w:p>
        </w:tc>
      </w:tr>
      <w:tr w:rsidR="00220AFF" w:rsidRPr="000F60E1" w14:paraId="4E965EB7" w14:textId="77777777">
        <w:tc>
          <w:tcPr>
            <w:tcW w:w="8352" w:type="dxa"/>
          </w:tcPr>
          <w:p w14:paraId="0F639C2B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Blood in stool</w:t>
            </w:r>
          </w:p>
        </w:tc>
        <w:tc>
          <w:tcPr>
            <w:tcW w:w="1656" w:type="dxa"/>
          </w:tcPr>
          <w:p w14:paraId="7B6AE314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</w:tbl>
    <w:p w14:paraId="79BC7469" w14:textId="77777777" w:rsidR="00220AFF" w:rsidRPr="000F60E1" w:rsidRDefault="00220AFF">
      <w:pPr>
        <w:rPr>
          <w:sz w:val="24"/>
          <w:szCs w:val="24"/>
        </w:rPr>
      </w:pPr>
    </w:p>
    <w:p w14:paraId="4DCAC97E" w14:textId="77777777" w:rsidR="00220AFF" w:rsidRPr="000F60E1" w:rsidRDefault="00D85F0F">
      <w:pPr>
        <w:spacing w:after="40" w:line="240" w:lineRule="auto"/>
        <w:rPr>
          <w:sz w:val="24"/>
          <w:szCs w:val="24"/>
        </w:rPr>
      </w:pPr>
      <w:r w:rsidRPr="000F60E1">
        <w:rPr>
          <w:b/>
          <w:sz w:val="24"/>
          <w:szCs w:val="24"/>
        </w:rPr>
        <w:t>GENITOURINARY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352"/>
        <w:gridCol w:w="5400"/>
      </w:tblGrid>
      <w:tr w:rsidR="00220AFF" w:rsidRPr="000F60E1" w14:paraId="5E656B6D" w14:textId="77777777">
        <w:tc>
          <w:tcPr>
            <w:tcW w:w="5400" w:type="dxa"/>
          </w:tcPr>
          <w:p w14:paraId="77A0CF98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>Symptom</w:t>
            </w:r>
          </w:p>
        </w:tc>
        <w:tc>
          <w:tcPr>
            <w:tcW w:w="5400" w:type="dxa"/>
          </w:tcPr>
          <w:p w14:paraId="6F48FED7" w14:textId="387BDA54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 xml:space="preserve">Yes </w:t>
            </w:r>
            <w:r w:rsidRPr="000F60E1">
              <w:rPr>
                <w:b/>
                <w:sz w:val="24"/>
                <w:szCs w:val="24"/>
              </w:rPr>
              <w:t xml:space="preserve">   No</w:t>
            </w:r>
          </w:p>
        </w:tc>
      </w:tr>
      <w:tr w:rsidR="00220AFF" w:rsidRPr="000F60E1" w14:paraId="771AE215" w14:textId="77777777">
        <w:tc>
          <w:tcPr>
            <w:tcW w:w="8352" w:type="dxa"/>
          </w:tcPr>
          <w:p w14:paraId="73D70F09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Blood in urine</w:t>
            </w:r>
          </w:p>
        </w:tc>
        <w:tc>
          <w:tcPr>
            <w:tcW w:w="1656" w:type="dxa"/>
          </w:tcPr>
          <w:p w14:paraId="1C68AF54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</w:tbl>
    <w:p w14:paraId="5D604526" w14:textId="77777777" w:rsidR="00220AFF" w:rsidRPr="000F60E1" w:rsidRDefault="00220AFF">
      <w:pPr>
        <w:rPr>
          <w:sz w:val="24"/>
          <w:szCs w:val="24"/>
        </w:rPr>
      </w:pPr>
    </w:p>
    <w:p w14:paraId="5149B705" w14:textId="77777777" w:rsidR="00220AFF" w:rsidRPr="000F60E1" w:rsidRDefault="00D85F0F">
      <w:pPr>
        <w:spacing w:after="40" w:line="240" w:lineRule="auto"/>
        <w:rPr>
          <w:sz w:val="24"/>
          <w:szCs w:val="24"/>
        </w:rPr>
      </w:pPr>
      <w:r w:rsidRPr="000F60E1">
        <w:rPr>
          <w:b/>
          <w:sz w:val="24"/>
          <w:szCs w:val="24"/>
        </w:rPr>
        <w:t>ENDOCRINE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352"/>
        <w:gridCol w:w="5400"/>
      </w:tblGrid>
      <w:tr w:rsidR="00220AFF" w:rsidRPr="000F60E1" w14:paraId="4FEB7A32" w14:textId="77777777">
        <w:tc>
          <w:tcPr>
            <w:tcW w:w="5400" w:type="dxa"/>
          </w:tcPr>
          <w:p w14:paraId="13FF0A18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>Symptom</w:t>
            </w:r>
          </w:p>
        </w:tc>
        <w:tc>
          <w:tcPr>
            <w:tcW w:w="5400" w:type="dxa"/>
          </w:tcPr>
          <w:p w14:paraId="3A32F4F0" w14:textId="51478DC3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 xml:space="preserve">Yes </w:t>
            </w:r>
            <w:r w:rsidRPr="000F60E1">
              <w:rPr>
                <w:b/>
                <w:sz w:val="24"/>
                <w:szCs w:val="24"/>
              </w:rPr>
              <w:t xml:space="preserve">   No</w:t>
            </w:r>
          </w:p>
        </w:tc>
      </w:tr>
      <w:tr w:rsidR="00220AFF" w:rsidRPr="000F60E1" w14:paraId="058A9ABB" w14:textId="77777777">
        <w:tc>
          <w:tcPr>
            <w:tcW w:w="8352" w:type="dxa"/>
          </w:tcPr>
          <w:p w14:paraId="17BBB64B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Thyroid disease (known)</w:t>
            </w:r>
          </w:p>
        </w:tc>
        <w:tc>
          <w:tcPr>
            <w:tcW w:w="1656" w:type="dxa"/>
          </w:tcPr>
          <w:p w14:paraId="174D24D4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</w:tbl>
    <w:p w14:paraId="315EB6E0" w14:textId="77777777" w:rsidR="00220AFF" w:rsidRPr="000F60E1" w:rsidRDefault="00220AFF">
      <w:pPr>
        <w:rPr>
          <w:sz w:val="24"/>
          <w:szCs w:val="24"/>
        </w:rPr>
      </w:pPr>
    </w:p>
    <w:p w14:paraId="199A7908" w14:textId="77777777" w:rsidR="00220AFF" w:rsidRPr="000F60E1" w:rsidRDefault="00D85F0F">
      <w:pPr>
        <w:spacing w:after="40" w:line="240" w:lineRule="auto"/>
        <w:rPr>
          <w:sz w:val="24"/>
          <w:szCs w:val="24"/>
        </w:rPr>
      </w:pPr>
      <w:r w:rsidRPr="000F60E1">
        <w:rPr>
          <w:b/>
          <w:sz w:val="24"/>
          <w:szCs w:val="24"/>
        </w:rPr>
        <w:t>HEMATOLOGIC (ESPECIALLY IF ON BLOOD THINNERS)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352"/>
        <w:gridCol w:w="5400"/>
      </w:tblGrid>
      <w:tr w:rsidR="00220AFF" w:rsidRPr="000F60E1" w14:paraId="755635E0" w14:textId="77777777">
        <w:tc>
          <w:tcPr>
            <w:tcW w:w="5400" w:type="dxa"/>
          </w:tcPr>
          <w:p w14:paraId="5621F096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>Symptom</w:t>
            </w:r>
          </w:p>
        </w:tc>
        <w:tc>
          <w:tcPr>
            <w:tcW w:w="5400" w:type="dxa"/>
          </w:tcPr>
          <w:p w14:paraId="6F178BAC" w14:textId="1F560810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 xml:space="preserve">Yes </w:t>
            </w:r>
            <w:r w:rsidRPr="000F60E1">
              <w:rPr>
                <w:b/>
                <w:sz w:val="24"/>
                <w:szCs w:val="24"/>
              </w:rPr>
              <w:t xml:space="preserve">   No</w:t>
            </w:r>
          </w:p>
        </w:tc>
      </w:tr>
      <w:tr w:rsidR="00220AFF" w:rsidRPr="000F60E1" w14:paraId="7F7ADD1F" w14:textId="77777777">
        <w:tc>
          <w:tcPr>
            <w:tcW w:w="8352" w:type="dxa"/>
          </w:tcPr>
          <w:p w14:paraId="075DBDE7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Easy bruising</w:t>
            </w:r>
          </w:p>
        </w:tc>
        <w:tc>
          <w:tcPr>
            <w:tcW w:w="1656" w:type="dxa"/>
          </w:tcPr>
          <w:p w14:paraId="324AED35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42D82D15" w14:textId="77777777">
        <w:tc>
          <w:tcPr>
            <w:tcW w:w="8352" w:type="dxa"/>
          </w:tcPr>
          <w:p w14:paraId="2781EA6B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Bleeding gums</w:t>
            </w:r>
          </w:p>
        </w:tc>
        <w:tc>
          <w:tcPr>
            <w:tcW w:w="1656" w:type="dxa"/>
          </w:tcPr>
          <w:p w14:paraId="3E0AE3F6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68B5D7BE" w14:textId="77777777">
        <w:tc>
          <w:tcPr>
            <w:tcW w:w="8352" w:type="dxa"/>
          </w:tcPr>
          <w:p w14:paraId="7A465ADD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Nosebleeds</w:t>
            </w:r>
          </w:p>
        </w:tc>
        <w:tc>
          <w:tcPr>
            <w:tcW w:w="1656" w:type="dxa"/>
          </w:tcPr>
          <w:p w14:paraId="7818C120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54AB6366" w14:textId="77777777">
        <w:tc>
          <w:tcPr>
            <w:tcW w:w="8352" w:type="dxa"/>
          </w:tcPr>
          <w:p w14:paraId="23227C40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Heavy menstrual bleeding (if applicable)</w:t>
            </w:r>
          </w:p>
        </w:tc>
        <w:tc>
          <w:tcPr>
            <w:tcW w:w="1656" w:type="dxa"/>
          </w:tcPr>
          <w:p w14:paraId="7D05701F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</w:tbl>
    <w:p w14:paraId="4E112FEC" w14:textId="77777777" w:rsidR="00220AFF" w:rsidRPr="000F60E1" w:rsidRDefault="00220AFF">
      <w:pPr>
        <w:rPr>
          <w:sz w:val="24"/>
          <w:szCs w:val="24"/>
        </w:rPr>
      </w:pPr>
    </w:p>
    <w:p w14:paraId="046851D8" w14:textId="77777777" w:rsidR="00220AFF" w:rsidRPr="000F60E1" w:rsidRDefault="00D85F0F">
      <w:pPr>
        <w:spacing w:after="40" w:line="240" w:lineRule="auto"/>
        <w:rPr>
          <w:sz w:val="24"/>
          <w:szCs w:val="24"/>
        </w:rPr>
      </w:pPr>
      <w:r w:rsidRPr="000F60E1">
        <w:rPr>
          <w:b/>
          <w:sz w:val="24"/>
          <w:szCs w:val="24"/>
        </w:rPr>
        <w:t>DEVICE / PROCEDURE-RELATED (IF APPLICABLE)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352"/>
        <w:gridCol w:w="5400"/>
      </w:tblGrid>
      <w:tr w:rsidR="00220AFF" w:rsidRPr="000F60E1" w14:paraId="018CEC25" w14:textId="77777777">
        <w:tc>
          <w:tcPr>
            <w:tcW w:w="5400" w:type="dxa"/>
          </w:tcPr>
          <w:p w14:paraId="31188E88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>Symptom</w:t>
            </w:r>
          </w:p>
        </w:tc>
        <w:tc>
          <w:tcPr>
            <w:tcW w:w="5400" w:type="dxa"/>
          </w:tcPr>
          <w:p w14:paraId="1620C0B0" w14:textId="43AA2676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b/>
                <w:sz w:val="24"/>
                <w:szCs w:val="24"/>
              </w:rPr>
              <w:t xml:space="preserve">Yes </w:t>
            </w:r>
            <w:r w:rsidRPr="000F60E1">
              <w:rPr>
                <w:b/>
                <w:sz w:val="24"/>
                <w:szCs w:val="24"/>
              </w:rPr>
              <w:t xml:space="preserve">   No </w:t>
            </w:r>
          </w:p>
        </w:tc>
      </w:tr>
      <w:tr w:rsidR="00220AFF" w:rsidRPr="000F60E1" w14:paraId="5BD59B15" w14:textId="77777777">
        <w:tc>
          <w:tcPr>
            <w:tcW w:w="8352" w:type="dxa"/>
          </w:tcPr>
          <w:p w14:paraId="164BF081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Pain at device site</w:t>
            </w:r>
          </w:p>
        </w:tc>
        <w:tc>
          <w:tcPr>
            <w:tcW w:w="1656" w:type="dxa"/>
          </w:tcPr>
          <w:p w14:paraId="7A564D04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2690CCA4" w14:textId="77777777">
        <w:tc>
          <w:tcPr>
            <w:tcW w:w="8352" w:type="dxa"/>
          </w:tcPr>
          <w:p w14:paraId="2CAB6A31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Redness / warmth / drainage at device site</w:t>
            </w:r>
          </w:p>
        </w:tc>
        <w:tc>
          <w:tcPr>
            <w:tcW w:w="1656" w:type="dxa"/>
          </w:tcPr>
          <w:p w14:paraId="4715B36A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76F06D7A" w14:textId="77777777">
        <w:tc>
          <w:tcPr>
            <w:tcW w:w="8352" w:type="dxa"/>
          </w:tcPr>
          <w:p w14:paraId="1C076EF8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Hiccups / twitching (possible diaphragmatic stimulation)</w:t>
            </w:r>
          </w:p>
        </w:tc>
        <w:tc>
          <w:tcPr>
            <w:tcW w:w="1656" w:type="dxa"/>
          </w:tcPr>
          <w:p w14:paraId="6438ED31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15FB5EF7" w14:textId="77777777">
        <w:tc>
          <w:tcPr>
            <w:tcW w:w="8352" w:type="dxa"/>
          </w:tcPr>
          <w:p w14:paraId="00A4EB1E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Device shock (ICD)</w:t>
            </w:r>
          </w:p>
        </w:tc>
        <w:tc>
          <w:tcPr>
            <w:tcW w:w="1656" w:type="dxa"/>
          </w:tcPr>
          <w:p w14:paraId="51DC92DF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7C8ABAB9" w14:textId="77777777">
        <w:tc>
          <w:tcPr>
            <w:tcW w:w="8352" w:type="dxa"/>
          </w:tcPr>
          <w:p w14:paraId="6776E286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Feels pacing / “thumping”</w:t>
            </w:r>
          </w:p>
        </w:tc>
        <w:tc>
          <w:tcPr>
            <w:tcW w:w="1656" w:type="dxa"/>
          </w:tcPr>
          <w:p w14:paraId="56DD22BE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  <w:tr w:rsidR="00220AFF" w:rsidRPr="000F60E1" w14:paraId="543F195F" w14:textId="77777777">
        <w:tc>
          <w:tcPr>
            <w:tcW w:w="8352" w:type="dxa"/>
          </w:tcPr>
          <w:p w14:paraId="712A3407" w14:textId="77777777" w:rsidR="00220AFF" w:rsidRPr="000F60E1" w:rsidRDefault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Recent falls</w:t>
            </w:r>
          </w:p>
        </w:tc>
        <w:tc>
          <w:tcPr>
            <w:tcW w:w="1656" w:type="dxa"/>
          </w:tcPr>
          <w:p w14:paraId="7B1AF53D" w14:textId="77777777" w:rsidR="00220AFF" w:rsidRPr="000F60E1" w:rsidRDefault="00D85F0F" w:rsidP="00D85F0F">
            <w:pPr>
              <w:spacing w:after="0" w:line="240" w:lineRule="auto"/>
              <w:rPr>
                <w:sz w:val="24"/>
                <w:szCs w:val="24"/>
              </w:rPr>
            </w:pPr>
            <w:r w:rsidRPr="000F60E1">
              <w:rPr>
                <w:sz w:val="24"/>
                <w:szCs w:val="24"/>
              </w:rPr>
              <w:t>☐</w:t>
            </w:r>
            <w:r w:rsidRPr="000F60E1">
              <w:rPr>
                <w:sz w:val="24"/>
                <w:szCs w:val="24"/>
              </w:rPr>
              <w:t xml:space="preserve">       ☐</w:t>
            </w:r>
          </w:p>
        </w:tc>
      </w:tr>
    </w:tbl>
    <w:p w14:paraId="13BD473A" w14:textId="77777777" w:rsidR="00220AFF" w:rsidRPr="000F60E1" w:rsidRDefault="00220AFF">
      <w:pPr>
        <w:rPr>
          <w:sz w:val="24"/>
          <w:szCs w:val="24"/>
        </w:rPr>
      </w:pPr>
    </w:p>
    <w:p w14:paraId="5F623D42" w14:textId="77777777" w:rsidR="00220AFF" w:rsidRPr="000F60E1" w:rsidRDefault="00D85F0F">
      <w:pPr>
        <w:spacing w:after="60" w:line="240" w:lineRule="auto"/>
        <w:rPr>
          <w:sz w:val="24"/>
          <w:szCs w:val="24"/>
        </w:rPr>
      </w:pPr>
      <w:r w:rsidRPr="000F60E1">
        <w:rPr>
          <w:sz w:val="24"/>
          <w:szCs w:val="24"/>
        </w:rPr>
        <w:t>If YES to device shock: Date/time ____________   How many? ____   Symptoms: ________________________________</w:t>
      </w:r>
    </w:p>
    <w:p w14:paraId="56D4E7DD" w14:textId="77777777" w:rsidR="00220AFF" w:rsidRPr="000F60E1" w:rsidRDefault="00D85F0F">
      <w:pPr>
        <w:spacing w:after="0" w:line="240" w:lineRule="auto"/>
        <w:rPr>
          <w:sz w:val="24"/>
          <w:szCs w:val="24"/>
        </w:rPr>
      </w:pPr>
      <w:r w:rsidRPr="000F60E1">
        <w:rPr>
          <w:b/>
          <w:sz w:val="24"/>
          <w:szCs w:val="24"/>
        </w:rPr>
        <w:t>COMMENTS (if any YES checked):</w:t>
      </w:r>
    </w:p>
    <w:p w14:paraId="40CFEFCA" w14:textId="77777777" w:rsidR="00220AFF" w:rsidRPr="000F60E1" w:rsidRDefault="00D85F0F">
      <w:pPr>
        <w:spacing w:after="0" w:line="240" w:lineRule="auto"/>
        <w:rPr>
          <w:sz w:val="24"/>
          <w:szCs w:val="24"/>
        </w:rPr>
      </w:pPr>
      <w:r w:rsidRPr="000F60E1">
        <w:rPr>
          <w:sz w:val="24"/>
          <w:szCs w:val="24"/>
        </w:rPr>
        <w:t>____________________________________________________________________________________</w:t>
      </w:r>
    </w:p>
    <w:p w14:paraId="042EDE72" w14:textId="77777777" w:rsidR="00220AFF" w:rsidRPr="000F60E1" w:rsidRDefault="00D85F0F">
      <w:pPr>
        <w:spacing w:after="60" w:line="240" w:lineRule="auto"/>
        <w:rPr>
          <w:sz w:val="24"/>
          <w:szCs w:val="24"/>
        </w:rPr>
      </w:pPr>
      <w:r w:rsidRPr="000F60E1">
        <w:rPr>
          <w:sz w:val="24"/>
          <w:szCs w:val="24"/>
        </w:rPr>
        <w:t>____________________________________________________________________________________</w:t>
      </w:r>
    </w:p>
    <w:p w14:paraId="15186886" w14:textId="77777777" w:rsidR="00220AFF" w:rsidRPr="000F60E1" w:rsidRDefault="00D85F0F">
      <w:pPr>
        <w:spacing w:after="0" w:line="240" w:lineRule="auto"/>
        <w:rPr>
          <w:sz w:val="24"/>
          <w:szCs w:val="24"/>
        </w:rPr>
      </w:pPr>
      <w:r w:rsidRPr="000F60E1">
        <w:rPr>
          <w:sz w:val="24"/>
          <w:szCs w:val="24"/>
        </w:rPr>
        <w:t>Patient Signature (optional): ________________________________   Date: ____/____/______</w:t>
      </w:r>
    </w:p>
    <w:sectPr w:rsidR="00220AFF" w:rsidRPr="000F60E1" w:rsidSect="00034616">
      <w:pgSz w:w="12240" w:h="15840"/>
      <w:pgMar w:top="504" w:right="720" w:bottom="50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3054618">
    <w:abstractNumId w:val="8"/>
  </w:num>
  <w:num w:numId="2" w16cid:durableId="324549168">
    <w:abstractNumId w:val="6"/>
  </w:num>
  <w:num w:numId="3" w16cid:durableId="351495071">
    <w:abstractNumId w:val="5"/>
  </w:num>
  <w:num w:numId="4" w16cid:durableId="904878322">
    <w:abstractNumId w:val="4"/>
  </w:num>
  <w:num w:numId="5" w16cid:durableId="308287016">
    <w:abstractNumId w:val="7"/>
  </w:num>
  <w:num w:numId="6" w16cid:durableId="1760100544">
    <w:abstractNumId w:val="3"/>
  </w:num>
  <w:num w:numId="7" w16cid:durableId="1093207996">
    <w:abstractNumId w:val="2"/>
  </w:num>
  <w:num w:numId="8" w16cid:durableId="1044065733">
    <w:abstractNumId w:val="1"/>
  </w:num>
  <w:num w:numId="9" w16cid:durableId="1012679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F60E1"/>
    <w:rsid w:val="0015074B"/>
    <w:rsid w:val="00220AFF"/>
    <w:rsid w:val="0029639D"/>
    <w:rsid w:val="003232F3"/>
    <w:rsid w:val="00326F90"/>
    <w:rsid w:val="00727473"/>
    <w:rsid w:val="00AA1D8D"/>
    <w:rsid w:val="00B47730"/>
    <w:rsid w:val="00CB0664"/>
    <w:rsid w:val="00D85F0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51C7AF"/>
  <w14:defaultImageDpi w14:val="300"/>
  <w15:docId w15:val="{8AC6BAB1-4A4F-4CE7-B363-9A70AFA45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eastAsia="Calibri" w:hAnsi="Calibr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Jaydutt Patel</cp:lastModifiedBy>
  <cp:revision>4</cp:revision>
  <dcterms:created xsi:type="dcterms:W3CDTF">2026-01-12T01:26:00Z</dcterms:created>
  <dcterms:modified xsi:type="dcterms:W3CDTF">2026-01-12T01:28:00Z</dcterms:modified>
  <cp:category/>
</cp:coreProperties>
</file>